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חידות גילוי מקום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פתרון חידות לפי רמזים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סמלים וסימנים המייצגים מקומות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חשיבה לוגית וניחוש מבוסס רמזים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מקום לפי סמלים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🏛️⛰️🕊️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🐠🌴☀️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🐪🏜️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🌊🐟⛵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יום מופיעה חידה חדשה מהמאגר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 רמות שונות מא׳-ב׳ ועד י״ב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צריך לנחש שם של מקום, לא חיה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יש כפתור רמז שעוזר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כפתור לגילוי התשובה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רמז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סמלים למקום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(ירושלים)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(אילת)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(באר שבע)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(טבריה)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(צפת)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פתרון 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הסמלים או הרמזים שמופיעים בחידה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חושבים על מקומות אפשריים שמתאימים לרמזים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תשובה מתוך האפשרויות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אם מתקשים, לוחצים על כפתור הרמז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בודקים אם התשובה נכונה בלחיצה על גילוי תשובה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יבחר מקום מוכר ויציע 3 סמלים הגיוניים המתאימים 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 יסביר בקצרה את תהליך החשיבה 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רמז הוא עזרה קטנה לפתרון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הגיונית כמו 🌊 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שהחידה תהיה לא קלה מדי ולא קשה מדי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בחידת מקום משותפת לכל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לנחש גם בלי לדעת בוודאות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להרחיב ולבקש מהתלמידים להמציא חידות דומות לחברים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חידות גילוי מקום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פותרים חידות. צריך לנחש מקום לפי סימנים קטנים. זה כמו החידה שמופיעה כל יום.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או משחק שצריך לפתור בעזרת חשיבה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או סימן שעוזר לפתור את החידה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מאגר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אוסף גדול של חידות לבחירה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סמל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ציור קטן שמייצג רעיון או 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ניחוש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לנסות לענות גם בלי לדעת בוודאות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תשובה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הפתרון הנכון לחידה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גיל שהחידה מתאימה 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מקום לפי סמלים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אילו ציורים מתאימים לירושלים?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🏛️⛰️🕊️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🐠🌴☀️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🐪🏜️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🌊🏖️🏙️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ציורים מתאימים לאילת?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🎨🕍⛰️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🐠🌴☀️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🏛️🧱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🌊🐟⛵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אילו ציורים מתאימים לבאר שבע?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🌊🏖️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🐪🏜️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🏛️⛰️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🎨🕍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אילו ציורים מתאימים לטבריה?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🌊🐟⛵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🐪🏜️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🏙️🌊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🏛️🕊️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החידה היומית מתחלפת בכל 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רמה לפי גיל לפני פתרון החידה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בחידת גילוי מקום צריך לנחש שם של חיה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לקבל רמז אם מתקשים לפתור את החידה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שפותרים את החידה היומית אי אפשר לראות את התשובה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לפתור את החידה היומית אפשר קודם לבקש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בחידה 'גלו את המקום' צריך לזהות __________ לפי סמלים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בכל יום מחכה ל תלמידים __________ חדשה מהמאגר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אפשר לבחור __________ מתאימה לגיל לפני שמתחילים לפתור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סמלים למקום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🏛️⛰️🕊️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אילת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🐠🌴☀️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טבריה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🐪🏜️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ירושלים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🌊🐟⛵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צפת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🎨🕍⛰️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באר שבע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פתרון 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חושבים על מקומות אפשריים שמתאימים לרמזים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מתקשים, לוחצים על כפתור הרמז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הסמלים או הרמזים שמופיעים בחידה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אם התשובה נכונה בלחיצה על גילוי תשובה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תשובה מתוך האפשרויות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מקום בישראל והמציאו עבורו שלושה סמלים שיתאימו לחידת 'גלו את המקום'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הסבר קצר איך הרמזים עזרו לכם לפתור את אחת החידות בדף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רמז בחידה?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לסמל שמתאים למקום בישראל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לבחור רמה מתאימה לפני פתרון חידה?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חידות גילוי מקום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