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גילוי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לפי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סמלים וסימנים המייצגים מקומות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לוגית וניחוש מבוסס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מקום לפי 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🏛️⛰️🕊️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🐠🌴☀️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יום מופיעה חידה חדשה מהמאגר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רמות שונות מא׳-ב׳ ועד י״ב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(באר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(טבריה)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פתרון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הסמלים או הרמזים שמופיעים בחידה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על מקומות אפשריים שמתאימים לרמזים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תשובה מתוך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מתקשים, לוחצים על כפתור הרמז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מקום מוכר ויציע 3 סמלים הגיוניים המתאימים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יסביר בקצרה את תהליך החשיבה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רמז הוא עזרה קטנה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🌊 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שהחידה תהיה לא קלה מדי ולא קשה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בחידת מקום משותפת לכל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לנחש גם בלי לדעת בוודאות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ולבקש מהתלמידים להמציא חידות דומות לחברים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גילוי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חידות מסוג 'גלו את המקום' – מזהים מקום לפי רמזים וסמלים, בדיוק כמו בחידה היומית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חידה  ·  רמז  ·  מקום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מקום לפי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סמלים מתאימים לירושלים?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🏛️⛰️🕊️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🐠🌴☀️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🐪🏜️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סמלים מתאימים לאילת?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🎨🕍⛰️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🐠🌴☀️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🏛️🧱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החידה היומית מתחלפת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רמה לפי גיל לפני פתרון החידה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לפתור את החידה היומית אפשר קודם לבקש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בחידה 'גלו את המקום' צריך לזהות __________ לפי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בכל יום מחכה ל תלמידים __________ חדשה מהמאגר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סמלים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🏛️⛰️🕊️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באר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🐠🌴☀️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טבריה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🐪🏜️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🌊🐟⛵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אילת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פתרון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חושבים על מקומות אפשריים שמתאימים לרמזים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הסמלים או הרמזים שמופיעים בחידה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מתקשים, לוחצים על כפתור הרמז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תשובה מתוך האפשרויות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מקום בישראל והמציאו עבורו שלושה סמלים שיתאימו לחידת 'גלו את המקום'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הסבר קצר איך הרמזים עזרו לכם לפתור את אחת החידות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רמז בחידה?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לסמל שמתאים למקום בישראל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חידות גילוי 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